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מורשת, מולדת וגאוגרפיה - איך משלבים בלי כפילות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ארבעת תחומי הדעת: מורשת, מולדת/חברה, תרבות יהודית ישראלית וגאוגרפיה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עקרונות השילוב בין התחומים סביב נושא עוגן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דוגמת חשוון וליישם עקרונות דומים בנושא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התחומים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מולדת/חברה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תרבות יהודית ישראלית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גאוגרפיה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עקרונות השילוב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בעקרונות השילוב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מה שנלמד לעומק בתחום אחד מוזכר באחר רק כגשר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נשמרת למידה מצטברת ולא מפוזרת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תיאום קצר בתחילת החודש חוסך כפילות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עקרון הגמישות לפי לוח השנה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שאלה מובילה לתחום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(מאיפה אני בא/ה ולמה זה חשוב 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(איך אנחנו חיים יחד כאן ועכשיו)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(מה המקורות והחגים אומרים 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(איפה זה קורה ואיך המקום משפיע עלינו)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דוגמת חשוון -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לך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מסע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העבודה בטבלת התכנון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ממלאים את עמודת נושא העוגן לכל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ממלאים את העמודות של כל תחום דעת בנפרד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אם שני תחומים כתבו אותו פועל על אותו 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משאירים מקום בעמודת הערות לאירועי בית הספר ולימי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מעדכנים את הטבלה בתחילת כל חודש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נושא עוגן ברור, זווית שונה ומתאימה לכל אחד מארבעת התחומים (ללא חזרה על אותו תוכן), ותוצר משותף הגיוני שכל תחום יכול להוסיף לו חלק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תסביר שכפילות גוזלת זמן למידה ומבלבלת, ואילו עדשות שונות מעשירות את ההבנה של הנושא מכמה כיוונים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מורשת - זהות אישית ומשפחתית; מולדת/חברה - חיים משותפים בהווה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נושא משותף שכל התחומים מתכנסים סביבו כדי למנוע כפילות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משפט קצר על הסיגד שמוזכר גם מחוץ לשיעור המורשת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על ההבדל בין התחומים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את דוגמת חשוון על הלוח לפני חלק ההתאמה והמילוי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סיום, אפשר לאסוף כמה הצעות מהתלמידים לנושא עוגן חדש ולדון בהן יחד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מורשת, מולדת וגאוגרפיה - איך משלבים בלי כפילות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מה ההבדל בין ארבעה תחומי דעת שנלמדים יחד, ואיך אפשר ללמד אותם סביב נושא אחד משותף בלי לחזור על אותו תוכן פעמיים.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התחומים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תחום שואל 'מאיפה אני בא/ה ולמה זה חשוב לי'?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מולדת/חברה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תרבות יהודית ישראלית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תחום שואל 'איך אנחנו חיים יחד כאן ועכשיו'?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מולדת/חברה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תרבות יהודית ישראלית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תחום מעמיק במעגל השנה ובחגים?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מולדת/חברה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תרבות יהודית ישראלית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תחום בוחן מפות, נוף ואקלים?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תרבות יהודית ישראלית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מולדת/חברה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עקרונות השילוב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חודש בוחרים נושא עוגן אחד שכל התחומים מתכנסים סביבו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תחום צריך ללמד את אותו תוכן לעומק כדי שהתלמידים יזכרו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החודש יוצרים תוצר אחד משותף שכל תחום מוסיף לו חלק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בתיאום בין המורים כי כל תחום עובד בנפרד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להקדים או לאחר נושא בגלל אירוע בית ספרי, כל עוד התוצר המשותף נשמר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שאלה מובילה לתחום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איפה זה קורה ואיך המקום משפיע עלינו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מולדת/חברה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המקורות והחגים אומרים 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תרבות יהודית ישראלית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מאיפה אני בא/ה ולמה זה חשוב 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גאוגרפיה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איך אנחנו חיים יחד כאן ועכשיו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דוגמת חשוון -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נושא העוגן לחודש חשוון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בתחום המורשת לומדים על תפילת הגשם ועל מסע אברהם ושרה וגם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בתרבות יהודית ישראלית מעמיקים בפרשות נח ו__________ כטקסט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במולדת/חברה מראיינים קרוב או קרובת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בגאוגרפיה לומדים על מחזור ה__________ ומשטר הגשמים בארץ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התוצר המשותף של חודש חשוון נקרא מפת ה__________ של הכיתה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העבודה בטבלת התכנון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מעדכנים את הטבלה בתחילת כל חודש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משאירים מקום בעמודת הערות לאירועי בית הספר ולימי מורשת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ממלאים את העמודות של כל תחום דעת בנפרד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שני תחומים כתבו אותו פועל על אותו תוכן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ממלאים את עמודת נושא העוגן לכל השנה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חודש אחר בלוח השנה והציעו עבורו נושא עוגן אחד. כתבו משפט קצר שמתאר מה כל אחד מארבעת התחומים יכול ללמד על הנושא, ומהו התוצר המשותף שתציעו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כדאי שכל תחום יביא 'עדשה' שונה על אותו נושא, ולא ילמד את אותו תוכן בדיוק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העיקרי בין מורשת למולדת/חברה?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נושא העוגן ולמה הוא חשוב?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לגשר קצר בין שני תחומים בדוגמת חשוון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מורשת, מולדת וגאוגרפיה - איך משלבים בלי כפילות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